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TYLER HAMLIN</w:t>
      </w:r>
    </w:p>
    <w:p>
      <w:pPr>
        <w:jc w:val="center"/>
      </w:pPr>
      <w:r>
        <w:rPr>
          <w:sz w:val="20"/>
        </w:rPr>
        <w:t>Marblehead, MA • (781) 866-3572 • tyler.hamlin@outlook.com</w:t>
      </w:r>
    </w:p>
    <w:p>
      <w:pPr>
        <w:jc w:val="center"/>
      </w:pPr>
      <w:r>
        <w:rPr>
          <w:b/>
          <w:sz w:val="24"/>
        </w:rPr>
        <w:t>Multimedia Producer | Cinematographer | Video Editor</w:t>
      </w:r>
    </w:p>
    <w:p>
      <w:pPr>
        <w:jc w:val="center"/>
      </w:pPr>
      <w:r>
        <w:rPr>
          <w:b/>
          <w:sz w:val="20"/>
        </w:rPr>
        <w:t>Portfolio: www.hamlinmediaproductions.com</w:t>
      </w:r>
    </w:p>
    <w:p>
      <w:pPr>
        <w:pStyle w:val="Heading1"/>
      </w:pPr>
      <w:r>
        <w:t>PROFESSIONAL SUMMARY</w:t>
      </w:r>
    </w:p>
    <w:p>
      <w:r>
        <w:t>Multimedia producer and cinematographer with professional experience in documentary, commercial, narrative, and live-event production. Skilled in directing, camera operation, lighting, drone cinematography, audio capture, and post-production workflows using Adobe Premiere Pro, Final Cut Pro, Logic Pro, and Pro Tools. Experienced delivering polished broadcast and digital content for media organizations, businesses, independent productions, and online platforms.</w:t>
      </w:r>
    </w:p>
    <w:p>
      <w:pPr>
        <w:pStyle w:val="Heading1"/>
      </w:pPr>
      <w:r>
        <w:t>TECHNICAL SKILLS</w:t>
      </w:r>
    </w:p>
    <w:p>
      <w:pPr>
        <w:pStyle w:val="ListBullet"/>
      </w:pPr>
      <w:r>
        <w:t>Editing &amp; Post-Production: Adobe Premiere Pro, Final Cut Pro, Logic Pro X, Avid Pro Tools</w:t>
      </w:r>
    </w:p>
    <w:p>
      <w:pPr>
        <w:pStyle w:val="ListBullet"/>
      </w:pPr>
      <w:r>
        <w:t>Cinematography: RED Komodo, Canon Cinema Cameras, Sony Cameras, DJI Drones</w:t>
      </w:r>
    </w:p>
    <w:p>
      <w:pPr>
        <w:pStyle w:val="ListBullet"/>
      </w:pPr>
      <w:r>
        <w:t>Production: Multi-camera production, lighting design, field audio recording, directing</w:t>
      </w:r>
    </w:p>
    <w:p>
      <w:pPr>
        <w:pStyle w:val="ListBullet"/>
      </w:pPr>
      <w:r>
        <w:t>Design &amp; Graphics: Adobe Lightroom, Photoshop, Pixelmator Pro</w:t>
      </w:r>
    </w:p>
    <w:p>
      <w:pPr>
        <w:pStyle w:val="ListBullet"/>
      </w:pPr>
      <w:r>
        <w:t>Additional: Color correction, audio mixing, multicam editing, client communication</w:t>
      </w:r>
    </w:p>
    <w:p>
      <w:pPr>
        <w:pStyle w:val="ListBullet"/>
      </w:pPr>
      <w:r>
        <w:t>Certification: FAA Part 107 Commercial Drone Pilot License</w:t>
      </w:r>
    </w:p>
    <w:p>
      <w:pPr>
        <w:pStyle w:val="Heading1"/>
      </w:pPr>
      <w:r>
        <w:t>PROFESSIONAL EXPERIENCE</w:t>
      </w:r>
    </w:p>
    <w:p>
      <w:r>
        <w:rPr>
          <w:b/>
        </w:rPr>
        <w:t>Production Coordinator / Video Editor | Lynnfield Media Studios</w:t>
      </w:r>
      <w:r>
        <w:t xml:space="preserve">  •  01/2023 – Present</w:t>
      </w:r>
    </w:p>
    <w:p>
      <w:pPr>
        <w:pStyle w:val="ListBullet"/>
      </w:pPr>
      <w:r>
        <w:t>Produce and edit broadcast, promotional, and digital programming including interviews, live events, PSAs, and feature content.</w:t>
      </w:r>
    </w:p>
    <w:p>
      <w:pPr>
        <w:pStyle w:val="ListBullet"/>
      </w:pPr>
      <w:r>
        <w:t>Operate studio and field production equipment including cameras, lighting, and professional audio systems for multi-camera shoots.</w:t>
      </w:r>
    </w:p>
    <w:p>
      <w:pPr>
        <w:pStyle w:val="ListBullet"/>
      </w:pPr>
      <w:r>
        <w:t>Perform editing, color correction, graphics, and audio mixing for television and online distribution.</w:t>
      </w:r>
    </w:p>
    <w:p>
      <w:pPr>
        <w:pStyle w:val="ListBullet"/>
      </w:pPr>
      <w:r>
        <w:t>Designed and launched the studio website while implementing scheduling, booking, and production management systems.</w:t>
      </w:r>
    </w:p>
    <w:p>
      <w:pPr>
        <w:pStyle w:val="ListBullet"/>
      </w:pPr>
      <w:r>
        <w:t>Helped build and configure a dedicated podcast production studio.</w:t>
      </w:r>
    </w:p>
    <w:p>
      <w:r>
        <w:rPr>
          <w:b/>
        </w:rPr>
        <w:t>Founder / Director / Video Editor | Hamlin Media Productions</w:t>
      </w:r>
      <w:r>
        <w:t xml:space="preserve">  •  01/2016 – Present</w:t>
      </w:r>
    </w:p>
    <w:p>
      <w:pPr>
        <w:pStyle w:val="ListBullet"/>
      </w:pPr>
      <w:r>
        <w:t>Produce, direct, shoot, and edit short films, documentaries, branded content, music videos, and YouTube productions.</w:t>
      </w:r>
    </w:p>
    <w:p>
      <w:pPr>
        <w:pStyle w:val="ListBullet"/>
      </w:pPr>
      <w:r>
        <w:t>Manage complete production workflows including scripting, cinematography, lighting, audio, editing, color grading, and delivery.</w:t>
      </w:r>
    </w:p>
    <w:p>
      <w:pPr>
        <w:pStyle w:val="ListBullet"/>
      </w:pPr>
      <w:r>
        <w:t>Lead creative direction and branding across multiple media projects and digital platforms.</w:t>
      </w:r>
    </w:p>
    <w:p>
      <w:pPr>
        <w:pStyle w:val="ListBullet"/>
      </w:pPr>
      <w:r>
        <w:t>Provided drone cinematography featured on WCVB Channel 5 Boston.</w:t>
      </w:r>
    </w:p>
    <w:p>
      <w:pPr>
        <w:pStyle w:val="ListBullet"/>
      </w:pPr>
      <w:r>
        <w:t>Produced promotional and educational media content for businesses, musicians, and independent creators.</w:t>
      </w:r>
    </w:p>
    <w:p>
      <w:r>
        <w:rPr>
          <w:b/>
        </w:rPr>
        <w:t>Technical Expert | Apple</w:t>
      </w:r>
      <w:r>
        <w:t xml:space="preserve">  •  01/2021 – 11/2025</w:t>
      </w:r>
    </w:p>
    <w:p>
      <w:pPr>
        <w:pStyle w:val="ListBullet"/>
      </w:pPr>
      <w:r>
        <w:t>Delivered technical troubleshooting and customer support in high-volume client-facing environments.</w:t>
      </w:r>
    </w:p>
    <w:p>
      <w:pPr>
        <w:pStyle w:val="ListBullet"/>
      </w:pPr>
      <w:r>
        <w:t>Developed strong communication, problem-solving, and workflow management skills under fast-paced conditions.</w:t>
      </w:r>
    </w:p>
    <w:p>
      <w:r>
        <w:rPr>
          <w:b/>
        </w:rPr>
        <w:t>Owner / Drone Videographer | North Shore Aerials</w:t>
      </w:r>
      <w:r>
        <w:t xml:space="preserve">  •  01/2017 – 01/2019</w:t>
      </w:r>
    </w:p>
    <w:p>
      <w:pPr>
        <w:pStyle w:val="ListBullet"/>
      </w:pPr>
      <w:r>
        <w:t>Captured and edited aerial video content for real estate, local businesses, and marketing campaigns.</w:t>
      </w:r>
    </w:p>
    <w:p>
      <w:pPr>
        <w:pStyle w:val="ListBullet"/>
      </w:pPr>
      <w:r>
        <w:t>Managed all client communication, production scheduling, editing, and final content delivery.</w:t>
      </w:r>
    </w:p>
    <w:p>
      <w:pPr>
        <w:pStyle w:val="Heading1"/>
      </w:pPr>
      <w:r>
        <w:t>EDUCATION</w:t>
      </w:r>
    </w:p>
    <w:p>
      <w:r>
        <w:rPr>
          <w:b/>
        </w:rPr>
        <w:t>Emerson College — B.A. in Media Arts Production</w:t>
      </w:r>
      <w:r>
        <w:t xml:space="preserve"> • 2023</w:t>
      </w:r>
    </w:p>
    <w:p>
      <w:pPr>
        <w:pStyle w:val="Heading1"/>
      </w:pPr>
      <w:r>
        <w:t>SELECTED PROJECTS &amp; ACHIEVEMENTS</w:t>
      </w:r>
    </w:p>
    <w:p>
      <w:pPr>
        <w:pStyle w:val="ListBullet"/>
      </w:pPr>
      <w:r>
        <w:t>Edited 150+ broadcast and digital programs for Lynnfield Media Studios.</w:t>
      </w:r>
    </w:p>
    <w:p>
      <w:pPr>
        <w:pStyle w:val="ListBullet"/>
      </w:pPr>
      <w:r>
        <w:t>Edited award-winning documentary 'Making Democracy Work in Marblehead.'</w:t>
      </w:r>
    </w:p>
    <w:p>
      <w:pPr>
        <w:pStyle w:val="ListBullet"/>
      </w:pPr>
      <w:r>
        <w:t>Wrote, directed, shot, and edited the narrative projects 'C.H.A.D.' and 'Dreamweaver.'</w:t>
      </w:r>
    </w:p>
    <w:p>
      <w:pPr>
        <w:pStyle w:val="ListBullet"/>
      </w:pPr>
      <w:r>
        <w:t>Served as Audio Technician and Boom Operator on independent short films including 'Reversal' and 'Groom Lake.'</w:t>
      </w:r>
    </w:p>
    <w:p>
      <w:pPr>
        <w:pStyle w:val="ListBullet"/>
      </w:pPr>
      <w:r>
        <w:t>Produced promotional media that increased audience engagement and client visibility for local businesses and musicians.</w:t>
      </w:r>
    </w:p>
    <w:p>
      <w:pPr>
        <w:pStyle w:val="Heading1"/>
      </w:pPr>
      <w:r>
        <w:t>AWARDS</w:t>
      </w:r>
    </w:p>
    <w:p>
      <w:pPr>
        <w:pStyle w:val="ListBullet"/>
      </w:pPr>
      <w:r>
        <w:t>Photography Winner — Peabody International Festival</w:t>
      </w:r>
    </w:p>
    <w:p>
      <w:pPr>
        <w:pStyle w:val="ListBullet"/>
      </w:pPr>
      <w:r>
        <w:t>Video Contest Winner — League of Women Voters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